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E95F3" w14:textId="3024303E" w:rsidR="00A62E58" w:rsidRDefault="00A62E58" w:rsidP="00A62E58">
      <w:pPr>
        <w:jc w:val="center"/>
        <w:rPr>
          <w:rFonts w:ascii="Verdana" w:hAnsi="Verdana"/>
          <w:b/>
          <w:sz w:val="20"/>
          <w:szCs w:val="20"/>
        </w:rPr>
      </w:pPr>
      <w:r>
        <w:rPr>
          <w:rFonts w:ascii="Verdana" w:hAnsi="Verdana"/>
          <w:b/>
          <w:noProof/>
          <w:sz w:val="20"/>
          <w:szCs w:val="20"/>
        </w:rPr>
        <w:drawing>
          <wp:anchor distT="0" distB="0" distL="114300" distR="114300" simplePos="0" relativeHeight="251658240" behindDoc="0" locked="0" layoutInCell="1" allowOverlap="1" wp14:anchorId="775B84C6" wp14:editId="16F835E8">
            <wp:simplePos x="0" y="0"/>
            <wp:positionH relativeFrom="column">
              <wp:posOffset>4859020</wp:posOffset>
            </wp:positionH>
            <wp:positionV relativeFrom="paragraph">
              <wp:posOffset>-350520</wp:posOffset>
            </wp:positionV>
            <wp:extent cx="1631950" cy="1058545"/>
            <wp:effectExtent l="0" t="0" r="0" b="8255"/>
            <wp:wrapNone/>
            <wp:docPr id="1963092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92987" name="Picture 1963092987"/>
                    <pic:cNvPicPr/>
                  </pic:nvPicPr>
                  <pic:blipFill>
                    <a:blip r:embed="rId6">
                      <a:biLevel thresh="75000"/>
                    </a:blip>
                    <a:stretch>
                      <a:fillRect/>
                    </a:stretch>
                  </pic:blipFill>
                  <pic:spPr>
                    <a:xfrm>
                      <a:off x="0" y="0"/>
                      <a:ext cx="1631950" cy="1058545"/>
                    </a:xfrm>
                    <a:prstGeom prst="rect">
                      <a:avLst/>
                    </a:prstGeom>
                  </pic:spPr>
                </pic:pic>
              </a:graphicData>
            </a:graphic>
          </wp:anchor>
        </w:drawing>
      </w:r>
    </w:p>
    <w:p w14:paraId="6B5F2359" w14:textId="77777777" w:rsidR="00A62E58" w:rsidRDefault="00A62E58" w:rsidP="00A62E58">
      <w:pPr>
        <w:jc w:val="center"/>
        <w:rPr>
          <w:rFonts w:ascii="Verdana" w:hAnsi="Verdana"/>
          <w:b/>
          <w:sz w:val="20"/>
          <w:szCs w:val="20"/>
        </w:rPr>
      </w:pPr>
    </w:p>
    <w:p w14:paraId="556E9E44" w14:textId="0A0A6656" w:rsidR="007B7642" w:rsidRPr="00A62E58" w:rsidRDefault="00000000" w:rsidP="00A62E58">
      <w:pPr>
        <w:rPr>
          <w:rFonts w:ascii="Verdana" w:hAnsi="Verdana"/>
          <w:sz w:val="20"/>
          <w:szCs w:val="20"/>
        </w:rPr>
      </w:pPr>
      <w:r w:rsidRPr="00A62E58">
        <w:rPr>
          <w:rFonts w:ascii="Verdana" w:hAnsi="Verdana"/>
          <w:b/>
          <w:sz w:val="20"/>
          <w:szCs w:val="20"/>
        </w:rPr>
        <w:t>FAMILY CAMP PACKING LIST</w:t>
      </w:r>
    </w:p>
    <w:p w14:paraId="0FBA7C4F" w14:textId="77777777" w:rsidR="007B7642" w:rsidRPr="00A62E58" w:rsidRDefault="00000000" w:rsidP="00A62E58">
      <w:pPr>
        <w:spacing w:after="140"/>
        <w:rPr>
          <w:rFonts w:ascii="Verdana" w:hAnsi="Verdana"/>
          <w:sz w:val="20"/>
          <w:szCs w:val="20"/>
        </w:rPr>
      </w:pPr>
      <w:r w:rsidRPr="00A62E58">
        <w:rPr>
          <w:rFonts w:ascii="Verdana" w:hAnsi="Verdana"/>
          <w:sz w:val="20"/>
          <w:szCs w:val="20"/>
        </w:rPr>
        <w:t xml:space="preserve">Welcome to Family Camp at YMCA Camp Tumbleson Lake! Mountain weather can change quickly, and nights at camp can get chilly even when the days are warm. We strongly recommend packing in layers and bringing plenty of warm </w:t>
      </w:r>
      <w:proofErr w:type="gramStart"/>
      <w:r w:rsidRPr="00A62E58">
        <w:rPr>
          <w:rFonts w:ascii="Verdana" w:hAnsi="Verdana"/>
          <w:sz w:val="20"/>
          <w:szCs w:val="20"/>
        </w:rPr>
        <w:t>bedding</w:t>
      </w:r>
      <w:proofErr w:type="gramEnd"/>
      <w:r w:rsidRPr="00A62E58">
        <w:rPr>
          <w:rFonts w:ascii="Verdana" w:hAnsi="Verdana"/>
          <w:sz w:val="20"/>
          <w:szCs w:val="20"/>
        </w:rPr>
        <w:t xml:space="preserve"> so your whole family stays comfortable.</w:t>
      </w:r>
    </w:p>
    <w:p w14:paraId="003FA1DE" w14:textId="77777777" w:rsidR="007B7642" w:rsidRPr="00A62E58" w:rsidRDefault="00000000" w:rsidP="00A62E58">
      <w:pPr>
        <w:spacing w:before="140" w:after="40"/>
        <w:rPr>
          <w:rFonts w:ascii="Verdana" w:hAnsi="Verdana"/>
          <w:sz w:val="20"/>
          <w:szCs w:val="20"/>
        </w:rPr>
      </w:pPr>
      <w:r w:rsidRPr="00A62E58">
        <w:rPr>
          <w:rFonts w:ascii="Verdana" w:hAnsi="Verdana"/>
          <w:b/>
          <w:sz w:val="20"/>
          <w:szCs w:val="20"/>
        </w:rPr>
        <w:t>CLOTHING</w:t>
      </w:r>
    </w:p>
    <w:p w14:paraId="243179D9" w14:textId="3B68EFF0" w:rsidR="007B7642" w:rsidRPr="00A62E58" w:rsidRDefault="00000000" w:rsidP="00A62E58">
      <w:pPr>
        <w:pStyle w:val="ListParagraph"/>
        <w:numPr>
          <w:ilvl w:val="0"/>
          <w:numId w:val="10"/>
        </w:numPr>
        <w:spacing w:after="0" w:line="240" w:lineRule="auto"/>
        <w:rPr>
          <w:rFonts w:ascii="Verdana" w:hAnsi="Verdana"/>
          <w:sz w:val="20"/>
          <w:szCs w:val="20"/>
        </w:rPr>
      </w:pPr>
      <w:r w:rsidRPr="00A62E58">
        <w:rPr>
          <w:rFonts w:ascii="Verdana" w:hAnsi="Verdana"/>
          <w:sz w:val="20"/>
          <w:szCs w:val="20"/>
        </w:rPr>
        <w:t>Underwear + socks for each day, plus extras</w:t>
      </w:r>
    </w:p>
    <w:p w14:paraId="191C3627" w14:textId="5BE67D23" w:rsidR="007B7642" w:rsidRPr="00A62E58" w:rsidRDefault="00A62E58" w:rsidP="00A62E58">
      <w:pPr>
        <w:pStyle w:val="ListParagraph"/>
        <w:numPr>
          <w:ilvl w:val="0"/>
          <w:numId w:val="10"/>
        </w:numPr>
        <w:spacing w:after="0" w:line="240" w:lineRule="auto"/>
        <w:rPr>
          <w:rFonts w:ascii="Verdana" w:hAnsi="Verdana"/>
          <w:sz w:val="20"/>
          <w:szCs w:val="20"/>
        </w:rPr>
      </w:pPr>
      <w:r>
        <w:rPr>
          <w:rFonts w:ascii="Segoe UI Symbol" w:hAnsi="Segoe UI Symbol" w:cs="Segoe UI Symbol"/>
          <w:sz w:val="20"/>
          <w:szCs w:val="20"/>
        </w:rPr>
        <w:t>C</w:t>
      </w:r>
      <w:r w:rsidR="00000000" w:rsidRPr="00A62E58">
        <w:rPr>
          <w:rFonts w:ascii="Verdana" w:hAnsi="Verdana"/>
          <w:sz w:val="20"/>
          <w:szCs w:val="20"/>
        </w:rPr>
        <w:t>omfortable pants for hiking and camp activities</w:t>
      </w:r>
    </w:p>
    <w:p w14:paraId="6A56407F" w14:textId="363B0E1C" w:rsidR="007B7642" w:rsidRPr="00A62E58" w:rsidRDefault="00000000" w:rsidP="00A62E58">
      <w:pPr>
        <w:pStyle w:val="ListParagraph"/>
        <w:numPr>
          <w:ilvl w:val="0"/>
          <w:numId w:val="10"/>
        </w:numPr>
        <w:spacing w:after="0" w:line="240" w:lineRule="auto"/>
        <w:rPr>
          <w:rFonts w:ascii="Verdana" w:hAnsi="Verdana"/>
          <w:sz w:val="20"/>
          <w:szCs w:val="20"/>
        </w:rPr>
      </w:pPr>
      <w:r w:rsidRPr="00A62E58">
        <w:rPr>
          <w:rFonts w:ascii="Verdana" w:hAnsi="Verdana"/>
          <w:sz w:val="20"/>
          <w:szCs w:val="20"/>
        </w:rPr>
        <w:t>Shorts</w:t>
      </w:r>
    </w:p>
    <w:p w14:paraId="09F5292C" w14:textId="18FF7027" w:rsidR="007B7642" w:rsidRPr="00A62E58" w:rsidRDefault="00000000" w:rsidP="00A62E58">
      <w:pPr>
        <w:pStyle w:val="ListParagraph"/>
        <w:numPr>
          <w:ilvl w:val="0"/>
          <w:numId w:val="10"/>
        </w:numPr>
        <w:spacing w:after="0" w:line="240" w:lineRule="auto"/>
        <w:rPr>
          <w:rFonts w:ascii="Verdana" w:hAnsi="Verdana"/>
          <w:sz w:val="20"/>
          <w:szCs w:val="20"/>
        </w:rPr>
      </w:pPr>
      <w:r w:rsidRPr="00A62E58">
        <w:rPr>
          <w:rFonts w:ascii="Verdana" w:hAnsi="Verdana"/>
          <w:sz w:val="20"/>
          <w:szCs w:val="20"/>
        </w:rPr>
        <w:t>T-shirts</w:t>
      </w:r>
    </w:p>
    <w:p w14:paraId="1D393914" w14:textId="76E5A491" w:rsidR="007B7642" w:rsidRPr="00A62E58" w:rsidRDefault="00000000" w:rsidP="00A62E58">
      <w:pPr>
        <w:pStyle w:val="ListParagraph"/>
        <w:numPr>
          <w:ilvl w:val="0"/>
          <w:numId w:val="10"/>
        </w:numPr>
        <w:spacing w:after="0" w:line="240" w:lineRule="auto"/>
        <w:rPr>
          <w:rFonts w:ascii="Verdana" w:hAnsi="Verdana"/>
          <w:sz w:val="20"/>
          <w:szCs w:val="20"/>
        </w:rPr>
      </w:pPr>
      <w:r w:rsidRPr="00A62E58">
        <w:rPr>
          <w:rFonts w:ascii="Verdana" w:hAnsi="Verdana"/>
          <w:sz w:val="20"/>
          <w:szCs w:val="20"/>
        </w:rPr>
        <w:t>Long-</w:t>
      </w:r>
      <w:proofErr w:type="gramStart"/>
      <w:r w:rsidRPr="00A62E58">
        <w:rPr>
          <w:rFonts w:ascii="Verdana" w:hAnsi="Verdana"/>
          <w:sz w:val="20"/>
          <w:szCs w:val="20"/>
        </w:rPr>
        <w:t>sleeve</w:t>
      </w:r>
      <w:proofErr w:type="gramEnd"/>
      <w:r w:rsidRPr="00A62E58">
        <w:rPr>
          <w:rFonts w:ascii="Verdana" w:hAnsi="Verdana"/>
          <w:sz w:val="20"/>
          <w:szCs w:val="20"/>
        </w:rPr>
        <w:t xml:space="preserve"> shirts</w:t>
      </w:r>
    </w:p>
    <w:p w14:paraId="374F81AB" w14:textId="60482E35" w:rsidR="007B7642" w:rsidRPr="00A62E58" w:rsidRDefault="00000000" w:rsidP="00A62E58">
      <w:pPr>
        <w:pStyle w:val="ListParagraph"/>
        <w:numPr>
          <w:ilvl w:val="0"/>
          <w:numId w:val="10"/>
        </w:numPr>
        <w:spacing w:after="0" w:line="240" w:lineRule="auto"/>
        <w:rPr>
          <w:rFonts w:ascii="Verdana" w:hAnsi="Verdana"/>
          <w:sz w:val="20"/>
          <w:szCs w:val="20"/>
        </w:rPr>
      </w:pPr>
      <w:r w:rsidRPr="00A62E58">
        <w:rPr>
          <w:rFonts w:ascii="Verdana" w:hAnsi="Verdana"/>
          <w:sz w:val="20"/>
          <w:szCs w:val="20"/>
        </w:rPr>
        <w:t>Warm sweater, fleece or pullover</w:t>
      </w:r>
    </w:p>
    <w:p w14:paraId="002E48F4" w14:textId="406A38F7" w:rsidR="007B7642" w:rsidRPr="00A62E58" w:rsidRDefault="00000000" w:rsidP="00A62E58">
      <w:pPr>
        <w:pStyle w:val="ListParagraph"/>
        <w:numPr>
          <w:ilvl w:val="0"/>
          <w:numId w:val="10"/>
        </w:numPr>
        <w:spacing w:after="0" w:line="240" w:lineRule="auto"/>
        <w:rPr>
          <w:rFonts w:ascii="Verdana" w:hAnsi="Verdana"/>
          <w:sz w:val="20"/>
          <w:szCs w:val="20"/>
        </w:rPr>
      </w:pPr>
      <w:r w:rsidRPr="00A62E58">
        <w:rPr>
          <w:rFonts w:ascii="Verdana" w:hAnsi="Verdana"/>
          <w:sz w:val="20"/>
          <w:szCs w:val="20"/>
        </w:rPr>
        <w:t>Warm jacket</w:t>
      </w:r>
    </w:p>
    <w:p w14:paraId="0AB1653A" w14:textId="267BF9DD" w:rsidR="007B7642" w:rsidRPr="00A62E58" w:rsidRDefault="00000000" w:rsidP="00A62E58">
      <w:pPr>
        <w:pStyle w:val="ListParagraph"/>
        <w:numPr>
          <w:ilvl w:val="0"/>
          <w:numId w:val="10"/>
        </w:numPr>
        <w:spacing w:after="0" w:line="240" w:lineRule="auto"/>
        <w:rPr>
          <w:rFonts w:ascii="Verdana" w:hAnsi="Verdana"/>
          <w:sz w:val="20"/>
          <w:szCs w:val="20"/>
        </w:rPr>
      </w:pPr>
      <w:r w:rsidRPr="00A62E58">
        <w:rPr>
          <w:rFonts w:ascii="Verdana" w:hAnsi="Verdana"/>
          <w:sz w:val="20"/>
          <w:szCs w:val="20"/>
        </w:rPr>
        <w:t>Warm pajamas or base layers</w:t>
      </w:r>
    </w:p>
    <w:p w14:paraId="52851878" w14:textId="50E5EBA3" w:rsidR="007B7642" w:rsidRPr="00A62E58" w:rsidRDefault="00000000" w:rsidP="00A62E58">
      <w:pPr>
        <w:pStyle w:val="ListParagraph"/>
        <w:numPr>
          <w:ilvl w:val="0"/>
          <w:numId w:val="10"/>
        </w:numPr>
        <w:spacing w:after="0" w:line="240" w:lineRule="auto"/>
        <w:rPr>
          <w:rFonts w:ascii="Verdana" w:hAnsi="Verdana"/>
          <w:sz w:val="20"/>
          <w:szCs w:val="20"/>
        </w:rPr>
      </w:pPr>
      <w:r w:rsidRPr="00A62E58">
        <w:rPr>
          <w:rFonts w:ascii="Verdana" w:hAnsi="Verdana"/>
          <w:sz w:val="20"/>
          <w:szCs w:val="20"/>
        </w:rPr>
        <w:t>Bathing suit</w:t>
      </w:r>
      <w:r w:rsidR="00A62E58">
        <w:rPr>
          <w:rFonts w:ascii="Verdana" w:hAnsi="Verdana"/>
          <w:sz w:val="20"/>
          <w:szCs w:val="20"/>
        </w:rPr>
        <w:t>s</w:t>
      </w:r>
    </w:p>
    <w:p w14:paraId="570896DD" w14:textId="16848BA4" w:rsidR="007B7642" w:rsidRPr="00A62E58" w:rsidRDefault="00000000" w:rsidP="00A62E58">
      <w:pPr>
        <w:pStyle w:val="ListParagraph"/>
        <w:numPr>
          <w:ilvl w:val="0"/>
          <w:numId w:val="10"/>
        </w:numPr>
        <w:spacing w:after="0" w:line="240" w:lineRule="auto"/>
        <w:rPr>
          <w:rFonts w:ascii="Verdana" w:hAnsi="Verdana"/>
          <w:sz w:val="20"/>
          <w:szCs w:val="20"/>
        </w:rPr>
      </w:pPr>
      <w:r w:rsidRPr="00A62E58">
        <w:rPr>
          <w:rFonts w:ascii="Verdana" w:hAnsi="Verdana"/>
          <w:sz w:val="20"/>
          <w:szCs w:val="20"/>
        </w:rPr>
        <w:t>Rain jacket</w:t>
      </w:r>
    </w:p>
    <w:p w14:paraId="7F9080AF" w14:textId="41B0AC45" w:rsidR="007B7642" w:rsidRPr="00A62E58" w:rsidRDefault="00000000" w:rsidP="00A62E58">
      <w:pPr>
        <w:pStyle w:val="ListParagraph"/>
        <w:numPr>
          <w:ilvl w:val="0"/>
          <w:numId w:val="10"/>
        </w:numPr>
        <w:spacing w:after="0" w:line="240" w:lineRule="auto"/>
        <w:rPr>
          <w:rFonts w:ascii="Verdana" w:hAnsi="Verdana"/>
          <w:sz w:val="20"/>
          <w:szCs w:val="20"/>
        </w:rPr>
      </w:pPr>
      <w:r w:rsidRPr="00A62E58">
        <w:rPr>
          <w:rFonts w:ascii="Verdana" w:hAnsi="Verdana"/>
          <w:sz w:val="20"/>
          <w:szCs w:val="20"/>
        </w:rPr>
        <w:t>Sneakers or other sturdy, closed-toed shoes</w:t>
      </w:r>
    </w:p>
    <w:p w14:paraId="65A5C90F" w14:textId="3AA88F5E" w:rsidR="007B7642" w:rsidRPr="00A62E58" w:rsidRDefault="00000000" w:rsidP="00A62E58">
      <w:pPr>
        <w:pStyle w:val="ListParagraph"/>
        <w:numPr>
          <w:ilvl w:val="0"/>
          <w:numId w:val="10"/>
        </w:numPr>
        <w:spacing w:after="0" w:line="240" w:lineRule="auto"/>
        <w:rPr>
          <w:rFonts w:ascii="Verdana" w:hAnsi="Verdana"/>
          <w:sz w:val="20"/>
          <w:szCs w:val="20"/>
        </w:rPr>
      </w:pPr>
      <w:r w:rsidRPr="00A62E58">
        <w:rPr>
          <w:rFonts w:ascii="Verdana" w:hAnsi="Verdana"/>
          <w:sz w:val="20"/>
          <w:szCs w:val="20"/>
        </w:rPr>
        <w:t>Hiking shoes or boots, if desired</w:t>
      </w:r>
    </w:p>
    <w:p w14:paraId="241F3EA9" w14:textId="23752030" w:rsidR="007B7642" w:rsidRPr="00A62E58" w:rsidRDefault="00000000" w:rsidP="00A62E58">
      <w:pPr>
        <w:pStyle w:val="ListParagraph"/>
        <w:numPr>
          <w:ilvl w:val="0"/>
          <w:numId w:val="10"/>
        </w:numPr>
        <w:spacing w:after="0" w:line="240" w:lineRule="auto"/>
        <w:rPr>
          <w:rFonts w:ascii="Verdana" w:hAnsi="Verdana"/>
          <w:sz w:val="20"/>
          <w:szCs w:val="20"/>
        </w:rPr>
      </w:pPr>
      <w:r w:rsidRPr="00A62E58">
        <w:rPr>
          <w:rFonts w:ascii="Verdana" w:hAnsi="Verdana"/>
          <w:sz w:val="20"/>
          <w:szCs w:val="20"/>
        </w:rPr>
        <w:t>Camp shoes or sandals with a back</w:t>
      </w:r>
    </w:p>
    <w:p w14:paraId="5DB396AF" w14:textId="196CA1EB" w:rsidR="007B7642" w:rsidRPr="00A62E58" w:rsidRDefault="00000000" w:rsidP="00A62E58">
      <w:pPr>
        <w:pStyle w:val="ListParagraph"/>
        <w:numPr>
          <w:ilvl w:val="0"/>
          <w:numId w:val="10"/>
        </w:numPr>
        <w:spacing w:after="0" w:line="240" w:lineRule="auto"/>
        <w:rPr>
          <w:rFonts w:ascii="Verdana" w:hAnsi="Verdana"/>
          <w:sz w:val="20"/>
          <w:szCs w:val="20"/>
        </w:rPr>
      </w:pPr>
      <w:r w:rsidRPr="00A62E58">
        <w:rPr>
          <w:rFonts w:ascii="Verdana" w:hAnsi="Verdana"/>
          <w:sz w:val="20"/>
          <w:szCs w:val="20"/>
        </w:rPr>
        <w:t>Shower shoes/flip flops</w:t>
      </w:r>
    </w:p>
    <w:p w14:paraId="4DA8A7BE" w14:textId="616476E6" w:rsidR="007B7642" w:rsidRPr="00A62E58" w:rsidRDefault="00000000" w:rsidP="00A62E58">
      <w:pPr>
        <w:pStyle w:val="ListParagraph"/>
        <w:numPr>
          <w:ilvl w:val="0"/>
          <w:numId w:val="10"/>
        </w:numPr>
        <w:spacing w:after="0" w:line="240" w:lineRule="auto"/>
        <w:rPr>
          <w:rFonts w:ascii="Verdana" w:hAnsi="Verdana"/>
          <w:sz w:val="20"/>
          <w:szCs w:val="20"/>
        </w:rPr>
      </w:pPr>
      <w:r w:rsidRPr="00A62E58">
        <w:rPr>
          <w:rFonts w:ascii="Verdana" w:hAnsi="Verdana"/>
          <w:sz w:val="20"/>
          <w:szCs w:val="20"/>
        </w:rPr>
        <w:t>Hat with a brim for sun protection</w:t>
      </w:r>
    </w:p>
    <w:p w14:paraId="5A37FAA4" w14:textId="2F597B77" w:rsidR="007B7642" w:rsidRPr="00A62E58" w:rsidRDefault="00000000" w:rsidP="00A62E58">
      <w:pPr>
        <w:pStyle w:val="ListParagraph"/>
        <w:numPr>
          <w:ilvl w:val="0"/>
          <w:numId w:val="10"/>
        </w:numPr>
        <w:spacing w:after="0" w:line="240" w:lineRule="auto"/>
        <w:rPr>
          <w:rFonts w:ascii="Verdana" w:hAnsi="Verdana"/>
          <w:sz w:val="20"/>
          <w:szCs w:val="20"/>
        </w:rPr>
      </w:pPr>
      <w:r w:rsidRPr="00A62E58">
        <w:rPr>
          <w:rFonts w:ascii="Verdana" w:hAnsi="Verdana"/>
          <w:sz w:val="20"/>
          <w:szCs w:val="20"/>
        </w:rPr>
        <w:t>Sunglasses!</w:t>
      </w:r>
    </w:p>
    <w:p w14:paraId="30973E85" w14:textId="05DAE33B" w:rsidR="007B7642" w:rsidRPr="00A62E58" w:rsidRDefault="00000000" w:rsidP="00A62E58">
      <w:pPr>
        <w:pStyle w:val="ListParagraph"/>
        <w:numPr>
          <w:ilvl w:val="0"/>
          <w:numId w:val="10"/>
        </w:numPr>
        <w:spacing w:after="0" w:line="240" w:lineRule="auto"/>
        <w:rPr>
          <w:rFonts w:ascii="Verdana" w:hAnsi="Verdana"/>
          <w:sz w:val="20"/>
          <w:szCs w:val="20"/>
        </w:rPr>
      </w:pPr>
      <w:r w:rsidRPr="00A62E58">
        <w:rPr>
          <w:rFonts w:ascii="Verdana" w:hAnsi="Verdana"/>
          <w:sz w:val="20"/>
          <w:szCs w:val="20"/>
        </w:rPr>
        <w:t>Warm hat/beanie for mornings and evenings</w:t>
      </w:r>
    </w:p>
    <w:p w14:paraId="35463F19" w14:textId="35060CE7" w:rsidR="007B7642" w:rsidRPr="00A62E58" w:rsidRDefault="00000000" w:rsidP="00A62E58">
      <w:pPr>
        <w:pStyle w:val="ListParagraph"/>
        <w:numPr>
          <w:ilvl w:val="0"/>
          <w:numId w:val="10"/>
        </w:numPr>
        <w:spacing w:after="0" w:line="240" w:lineRule="auto"/>
        <w:rPr>
          <w:rFonts w:ascii="Verdana" w:hAnsi="Verdana"/>
          <w:sz w:val="20"/>
          <w:szCs w:val="20"/>
        </w:rPr>
      </w:pPr>
      <w:r w:rsidRPr="00A62E58">
        <w:rPr>
          <w:rFonts w:ascii="Verdana" w:hAnsi="Verdana"/>
          <w:sz w:val="20"/>
          <w:szCs w:val="20"/>
        </w:rPr>
        <w:t>Warm socks for sleeping</w:t>
      </w:r>
    </w:p>
    <w:p w14:paraId="62EF6032" w14:textId="3D130361" w:rsidR="007B7642" w:rsidRPr="00A62E58" w:rsidRDefault="00000000" w:rsidP="00A62E58">
      <w:pPr>
        <w:pStyle w:val="ListParagraph"/>
        <w:numPr>
          <w:ilvl w:val="0"/>
          <w:numId w:val="10"/>
        </w:numPr>
        <w:spacing w:after="0" w:line="240" w:lineRule="auto"/>
        <w:rPr>
          <w:rFonts w:ascii="Verdana" w:hAnsi="Verdana"/>
          <w:sz w:val="20"/>
          <w:szCs w:val="20"/>
        </w:rPr>
      </w:pPr>
      <w:r w:rsidRPr="00A62E58">
        <w:rPr>
          <w:rFonts w:ascii="Verdana" w:hAnsi="Verdana"/>
          <w:sz w:val="20"/>
          <w:szCs w:val="20"/>
        </w:rPr>
        <w:t>Gloves, especially for anyone who gets cold easily</w:t>
      </w:r>
      <w:r w:rsidR="00A62E58">
        <w:rPr>
          <w:rFonts w:ascii="Verdana" w:hAnsi="Verdana"/>
          <w:sz w:val="20"/>
          <w:szCs w:val="20"/>
        </w:rPr>
        <w:br/>
      </w:r>
    </w:p>
    <w:p w14:paraId="144A4E43" w14:textId="77777777" w:rsidR="007B7642" w:rsidRPr="00A62E58" w:rsidRDefault="00000000" w:rsidP="00A62E58">
      <w:pPr>
        <w:spacing w:before="140" w:after="40"/>
        <w:rPr>
          <w:rFonts w:ascii="Verdana" w:hAnsi="Verdana"/>
          <w:sz w:val="20"/>
          <w:szCs w:val="20"/>
        </w:rPr>
      </w:pPr>
      <w:r w:rsidRPr="00A62E58">
        <w:rPr>
          <w:rFonts w:ascii="Verdana" w:hAnsi="Verdana"/>
          <w:b/>
          <w:sz w:val="20"/>
          <w:szCs w:val="20"/>
        </w:rPr>
        <w:t>TOILETRIES</w:t>
      </w:r>
    </w:p>
    <w:p w14:paraId="01A909A1" w14:textId="724F9C53" w:rsidR="007B7642" w:rsidRPr="00A62E58" w:rsidRDefault="00000000" w:rsidP="00A62E58">
      <w:pPr>
        <w:pStyle w:val="ListParagraph"/>
        <w:numPr>
          <w:ilvl w:val="0"/>
          <w:numId w:val="11"/>
        </w:numPr>
        <w:spacing w:after="0" w:line="240" w:lineRule="auto"/>
        <w:rPr>
          <w:rFonts w:ascii="Verdana" w:hAnsi="Verdana"/>
          <w:sz w:val="20"/>
          <w:szCs w:val="20"/>
        </w:rPr>
      </w:pPr>
      <w:r w:rsidRPr="00A62E58">
        <w:rPr>
          <w:rFonts w:ascii="Verdana" w:hAnsi="Verdana"/>
          <w:sz w:val="20"/>
          <w:szCs w:val="20"/>
        </w:rPr>
        <w:t>Toiletry bag or carrying case</w:t>
      </w:r>
    </w:p>
    <w:p w14:paraId="4CE31C2F" w14:textId="247ED284" w:rsidR="007B7642" w:rsidRPr="00A62E58" w:rsidRDefault="00000000" w:rsidP="00A62E58">
      <w:pPr>
        <w:pStyle w:val="ListParagraph"/>
        <w:numPr>
          <w:ilvl w:val="0"/>
          <w:numId w:val="11"/>
        </w:numPr>
        <w:spacing w:after="0" w:line="240" w:lineRule="auto"/>
        <w:rPr>
          <w:rFonts w:ascii="Verdana" w:hAnsi="Verdana"/>
          <w:sz w:val="20"/>
          <w:szCs w:val="20"/>
        </w:rPr>
      </w:pPr>
      <w:r w:rsidRPr="00A62E58">
        <w:rPr>
          <w:rFonts w:ascii="Verdana" w:hAnsi="Verdana"/>
          <w:sz w:val="20"/>
          <w:szCs w:val="20"/>
        </w:rPr>
        <w:t>Soap, shampoo + conditioner</w:t>
      </w:r>
    </w:p>
    <w:p w14:paraId="3FBD27D8" w14:textId="41D6BB75" w:rsidR="007B7642" w:rsidRPr="00A62E58" w:rsidRDefault="00000000" w:rsidP="00A62E58">
      <w:pPr>
        <w:pStyle w:val="ListParagraph"/>
        <w:numPr>
          <w:ilvl w:val="0"/>
          <w:numId w:val="11"/>
        </w:numPr>
        <w:spacing w:after="0" w:line="240" w:lineRule="auto"/>
        <w:rPr>
          <w:rFonts w:ascii="Verdana" w:hAnsi="Verdana"/>
          <w:sz w:val="20"/>
          <w:szCs w:val="20"/>
        </w:rPr>
      </w:pPr>
      <w:r w:rsidRPr="00A62E58">
        <w:rPr>
          <w:rFonts w:ascii="Verdana" w:hAnsi="Verdana"/>
          <w:sz w:val="20"/>
          <w:szCs w:val="20"/>
        </w:rPr>
        <w:t>Toothbrush + toothpaste</w:t>
      </w:r>
    </w:p>
    <w:p w14:paraId="56AE5692" w14:textId="35043DE7" w:rsidR="007B7642" w:rsidRPr="00A62E58" w:rsidRDefault="00000000" w:rsidP="00A62E58">
      <w:pPr>
        <w:pStyle w:val="ListParagraph"/>
        <w:numPr>
          <w:ilvl w:val="0"/>
          <w:numId w:val="11"/>
        </w:numPr>
        <w:spacing w:after="0" w:line="240" w:lineRule="auto"/>
        <w:rPr>
          <w:rFonts w:ascii="Verdana" w:hAnsi="Verdana"/>
          <w:sz w:val="20"/>
          <w:szCs w:val="20"/>
        </w:rPr>
      </w:pPr>
      <w:r w:rsidRPr="00A62E58">
        <w:rPr>
          <w:rFonts w:ascii="Verdana" w:hAnsi="Verdana"/>
          <w:sz w:val="20"/>
          <w:szCs w:val="20"/>
        </w:rPr>
        <w:t>Brush or comb</w:t>
      </w:r>
    </w:p>
    <w:p w14:paraId="793BF55A" w14:textId="49809A64" w:rsidR="007B7642" w:rsidRPr="00A62E58" w:rsidRDefault="00000000" w:rsidP="00A62E58">
      <w:pPr>
        <w:pStyle w:val="ListParagraph"/>
        <w:numPr>
          <w:ilvl w:val="0"/>
          <w:numId w:val="11"/>
        </w:numPr>
        <w:spacing w:after="0" w:line="240" w:lineRule="auto"/>
        <w:rPr>
          <w:rFonts w:ascii="Verdana" w:hAnsi="Verdana"/>
          <w:sz w:val="20"/>
          <w:szCs w:val="20"/>
        </w:rPr>
      </w:pPr>
      <w:r w:rsidRPr="00A62E58">
        <w:rPr>
          <w:rFonts w:ascii="Verdana" w:hAnsi="Verdana"/>
          <w:sz w:val="20"/>
          <w:szCs w:val="20"/>
        </w:rPr>
        <w:t>Deodorant</w:t>
      </w:r>
    </w:p>
    <w:p w14:paraId="0C40877E" w14:textId="2650CC42" w:rsidR="007B7642" w:rsidRPr="00A62E58" w:rsidRDefault="00000000" w:rsidP="00A62E58">
      <w:pPr>
        <w:pStyle w:val="ListParagraph"/>
        <w:numPr>
          <w:ilvl w:val="0"/>
          <w:numId w:val="11"/>
        </w:numPr>
        <w:spacing w:after="0" w:line="240" w:lineRule="auto"/>
        <w:rPr>
          <w:rFonts w:ascii="Verdana" w:hAnsi="Verdana"/>
          <w:sz w:val="20"/>
          <w:szCs w:val="20"/>
        </w:rPr>
      </w:pPr>
      <w:r w:rsidRPr="00A62E58">
        <w:rPr>
          <w:rFonts w:ascii="Verdana" w:hAnsi="Verdana"/>
          <w:sz w:val="20"/>
          <w:szCs w:val="20"/>
        </w:rPr>
        <w:t>Towels (we recommend one for showering and one for the lake)</w:t>
      </w:r>
    </w:p>
    <w:p w14:paraId="229AA1C0" w14:textId="3DF9ED1B" w:rsidR="007B7642" w:rsidRPr="00A62E58" w:rsidRDefault="00000000" w:rsidP="00A62E58">
      <w:pPr>
        <w:pStyle w:val="ListParagraph"/>
        <w:numPr>
          <w:ilvl w:val="0"/>
          <w:numId w:val="11"/>
        </w:numPr>
        <w:spacing w:after="0" w:line="240" w:lineRule="auto"/>
        <w:rPr>
          <w:rFonts w:ascii="Verdana" w:hAnsi="Verdana"/>
          <w:sz w:val="20"/>
          <w:szCs w:val="20"/>
        </w:rPr>
      </w:pPr>
      <w:r w:rsidRPr="00A62E58">
        <w:rPr>
          <w:rFonts w:ascii="Verdana" w:hAnsi="Verdana"/>
          <w:sz w:val="20"/>
          <w:szCs w:val="20"/>
        </w:rPr>
        <w:t>Sunscreen (SPF 50+ recommended)</w:t>
      </w:r>
    </w:p>
    <w:p w14:paraId="213C0656" w14:textId="7030925B" w:rsidR="007B7642" w:rsidRPr="00A62E58" w:rsidRDefault="00000000" w:rsidP="00A62E58">
      <w:pPr>
        <w:pStyle w:val="ListParagraph"/>
        <w:numPr>
          <w:ilvl w:val="0"/>
          <w:numId w:val="11"/>
        </w:numPr>
        <w:spacing w:after="0" w:line="240" w:lineRule="auto"/>
        <w:rPr>
          <w:rFonts w:ascii="Verdana" w:hAnsi="Verdana"/>
          <w:sz w:val="20"/>
          <w:szCs w:val="20"/>
        </w:rPr>
      </w:pPr>
      <w:r w:rsidRPr="00A62E58">
        <w:rPr>
          <w:rFonts w:ascii="Verdana" w:hAnsi="Verdana"/>
          <w:sz w:val="20"/>
          <w:szCs w:val="20"/>
        </w:rPr>
        <w:t>Insect repellent</w:t>
      </w:r>
    </w:p>
    <w:p w14:paraId="16CBE4F1" w14:textId="4752FB8E" w:rsidR="007B7642" w:rsidRPr="00A62E58" w:rsidRDefault="00000000" w:rsidP="00A62E58">
      <w:pPr>
        <w:pStyle w:val="ListParagraph"/>
        <w:numPr>
          <w:ilvl w:val="0"/>
          <w:numId w:val="11"/>
        </w:numPr>
        <w:spacing w:after="0" w:line="240" w:lineRule="auto"/>
        <w:rPr>
          <w:rFonts w:ascii="Verdana" w:hAnsi="Verdana"/>
          <w:sz w:val="20"/>
          <w:szCs w:val="20"/>
        </w:rPr>
      </w:pPr>
      <w:r w:rsidRPr="00A62E58">
        <w:rPr>
          <w:rFonts w:ascii="Verdana" w:hAnsi="Verdana"/>
          <w:sz w:val="20"/>
          <w:szCs w:val="20"/>
        </w:rPr>
        <w:t>Lip balm (with SPF!)</w:t>
      </w:r>
    </w:p>
    <w:p w14:paraId="271AA0E8" w14:textId="0D3BB5AA" w:rsidR="007B7642" w:rsidRPr="00A62E58" w:rsidRDefault="00000000" w:rsidP="00A62E58">
      <w:pPr>
        <w:pStyle w:val="ListParagraph"/>
        <w:numPr>
          <w:ilvl w:val="0"/>
          <w:numId w:val="11"/>
        </w:numPr>
        <w:spacing w:after="0" w:line="240" w:lineRule="auto"/>
        <w:rPr>
          <w:rFonts w:ascii="Verdana" w:hAnsi="Verdana"/>
          <w:sz w:val="20"/>
          <w:szCs w:val="20"/>
        </w:rPr>
      </w:pPr>
      <w:r w:rsidRPr="00A62E58">
        <w:rPr>
          <w:rFonts w:ascii="Verdana" w:hAnsi="Verdana"/>
          <w:sz w:val="20"/>
          <w:szCs w:val="20"/>
        </w:rPr>
        <w:t>Moisturizer</w:t>
      </w:r>
    </w:p>
    <w:p w14:paraId="439BB654" w14:textId="277A5615" w:rsidR="007B7642" w:rsidRPr="00A62E58" w:rsidRDefault="00000000" w:rsidP="00A62E58">
      <w:pPr>
        <w:pStyle w:val="ListParagraph"/>
        <w:numPr>
          <w:ilvl w:val="0"/>
          <w:numId w:val="11"/>
        </w:numPr>
        <w:spacing w:after="0" w:line="240" w:lineRule="auto"/>
        <w:rPr>
          <w:rFonts w:ascii="Verdana" w:hAnsi="Verdana"/>
          <w:sz w:val="20"/>
          <w:szCs w:val="20"/>
        </w:rPr>
      </w:pPr>
      <w:r w:rsidRPr="00A62E58">
        <w:rPr>
          <w:rFonts w:ascii="Verdana" w:hAnsi="Verdana"/>
          <w:sz w:val="20"/>
          <w:szCs w:val="20"/>
        </w:rPr>
        <w:t>Menstrual products, if needed</w:t>
      </w:r>
    </w:p>
    <w:p w14:paraId="47AE8A62" w14:textId="1D757B6E" w:rsidR="007B7642" w:rsidRPr="00A62E58" w:rsidRDefault="00000000" w:rsidP="00A62E58">
      <w:pPr>
        <w:pStyle w:val="ListParagraph"/>
        <w:numPr>
          <w:ilvl w:val="0"/>
          <w:numId w:val="11"/>
        </w:numPr>
        <w:spacing w:after="0" w:line="240" w:lineRule="auto"/>
        <w:rPr>
          <w:rFonts w:ascii="Verdana" w:hAnsi="Verdana"/>
          <w:sz w:val="20"/>
          <w:szCs w:val="20"/>
        </w:rPr>
      </w:pPr>
      <w:r w:rsidRPr="00A62E58">
        <w:rPr>
          <w:rFonts w:ascii="Verdana" w:hAnsi="Verdana"/>
          <w:sz w:val="20"/>
          <w:szCs w:val="20"/>
        </w:rPr>
        <w:t>Any personal medications</w:t>
      </w:r>
      <w:r w:rsidR="00A62E58">
        <w:rPr>
          <w:rFonts w:ascii="Verdana" w:hAnsi="Verdana"/>
          <w:sz w:val="20"/>
          <w:szCs w:val="20"/>
        </w:rPr>
        <w:br/>
      </w:r>
    </w:p>
    <w:p w14:paraId="0DFFB197" w14:textId="1A959E2F" w:rsidR="007B7642" w:rsidRPr="00A62E58" w:rsidRDefault="00000000" w:rsidP="00A62E58">
      <w:pPr>
        <w:spacing w:before="140" w:after="40"/>
        <w:rPr>
          <w:rFonts w:ascii="Verdana" w:hAnsi="Verdana"/>
          <w:sz w:val="20"/>
          <w:szCs w:val="20"/>
        </w:rPr>
      </w:pPr>
      <w:r w:rsidRPr="00A62E58">
        <w:rPr>
          <w:rFonts w:ascii="Verdana" w:hAnsi="Verdana"/>
          <w:b/>
          <w:sz w:val="20"/>
          <w:szCs w:val="20"/>
        </w:rPr>
        <w:t xml:space="preserve">BEDDING </w:t>
      </w:r>
      <w:r w:rsidR="00A62E58">
        <w:rPr>
          <w:rFonts w:ascii="Verdana" w:hAnsi="Verdana"/>
          <w:b/>
          <w:sz w:val="20"/>
          <w:szCs w:val="20"/>
        </w:rPr>
        <w:t>(</w:t>
      </w:r>
      <w:r w:rsidRPr="00A62E58">
        <w:rPr>
          <w:rFonts w:ascii="Verdana" w:hAnsi="Verdana"/>
          <w:b/>
          <w:sz w:val="20"/>
          <w:szCs w:val="20"/>
        </w:rPr>
        <w:t>PACK WARM!</w:t>
      </w:r>
      <w:r w:rsidR="00A62E58">
        <w:rPr>
          <w:rFonts w:ascii="Verdana" w:hAnsi="Verdana"/>
          <w:b/>
          <w:sz w:val="20"/>
          <w:szCs w:val="20"/>
        </w:rPr>
        <w:t>)</w:t>
      </w:r>
    </w:p>
    <w:p w14:paraId="254C951F" w14:textId="77777777" w:rsidR="007B7642" w:rsidRPr="00A62E58" w:rsidRDefault="00000000" w:rsidP="00A62E58">
      <w:pPr>
        <w:spacing w:after="60"/>
        <w:rPr>
          <w:rFonts w:ascii="Verdana" w:hAnsi="Verdana"/>
          <w:bCs/>
          <w:i/>
          <w:iCs/>
          <w:sz w:val="20"/>
          <w:szCs w:val="20"/>
        </w:rPr>
      </w:pPr>
      <w:r w:rsidRPr="00A62E58">
        <w:rPr>
          <w:rFonts w:ascii="Verdana" w:hAnsi="Verdana"/>
          <w:bCs/>
          <w:i/>
          <w:iCs/>
          <w:sz w:val="20"/>
          <w:szCs w:val="20"/>
        </w:rPr>
        <w:t>Family Camp lodging can get a bit chilly overnight. Please bring more bedding than you think you'll need!</w:t>
      </w:r>
    </w:p>
    <w:p w14:paraId="060180A2" w14:textId="77777777" w:rsidR="007B7642" w:rsidRPr="00A62E58" w:rsidRDefault="00000000" w:rsidP="00A62E58">
      <w:pPr>
        <w:spacing w:after="20"/>
        <w:rPr>
          <w:rFonts w:ascii="Verdana" w:hAnsi="Verdana"/>
          <w:sz w:val="20"/>
          <w:szCs w:val="20"/>
        </w:rPr>
      </w:pPr>
      <w:r w:rsidRPr="00A62E58">
        <w:rPr>
          <w:rFonts w:ascii="Verdana" w:hAnsi="Verdana"/>
          <w:sz w:val="20"/>
          <w:szCs w:val="20"/>
        </w:rPr>
        <w:t>For each family member:</w:t>
      </w:r>
    </w:p>
    <w:p w14:paraId="02B08D70" w14:textId="59B85E89" w:rsidR="007B7642" w:rsidRPr="00A62E58" w:rsidRDefault="00000000" w:rsidP="00A62E58">
      <w:pPr>
        <w:pStyle w:val="ListParagraph"/>
        <w:numPr>
          <w:ilvl w:val="0"/>
          <w:numId w:val="12"/>
        </w:numPr>
        <w:spacing w:after="0" w:line="240" w:lineRule="auto"/>
        <w:rPr>
          <w:rFonts w:ascii="Verdana" w:hAnsi="Verdana"/>
          <w:sz w:val="20"/>
          <w:szCs w:val="20"/>
        </w:rPr>
      </w:pPr>
      <w:r w:rsidRPr="00A62E58">
        <w:rPr>
          <w:rFonts w:ascii="Verdana" w:hAnsi="Verdana"/>
          <w:sz w:val="20"/>
          <w:szCs w:val="20"/>
        </w:rPr>
        <w:t>Warm sleeping bag or warm blacket</w:t>
      </w:r>
    </w:p>
    <w:p w14:paraId="4A2EB936" w14:textId="1D9E28A7" w:rsidR="007B7642" w:rsidRPr="00A62E58" w:rsidRDefault="00000000" w:rsidP="00A62E58">
      <w:pPr>
        <w:pStyle w:val="ListParagraph"/>
        <w:numPr>
          <w:ilvl w:val="0"/>
          <w:numId w:val="12"/>
        </w:numPr>
        <w:spacing w:after="0" w:line="240" w:lineRule="auto"/>
        <w:rPr>
          <w:rFonts w:ascii="Verdana" w:hAnsi="Verdana"/>
          <w:sz w:val="20"/>
          <w:szCs w:val="20"/>
        </w:rPr>
      </w:pPr>
      <w:r w:rsidRPr="00A62E58">
        <w:rPr>
          <w:rFonts w:ascii="Verdana" w:hAnsi="Verdana"/>
          <w:sz w:val="20"/>
          <w:szCs w:val="20"/>
        </w:rPr>
        <w:t>1–2 additional warm blankets</w:t>
      </w:r>
    </w:p>
    <w:p w14:paraId="7D8416F2" w14:textId="72B2E216" w:rsidR="007B7642" w:rsidRPr="00A62E58" w:rsidRDefault="00000000" w:rsidP="00A62E58">
      <w:pPr>
        <w:pStyle w:val="ListParagraph"/>
        <w:numPr>
          <w:ilvl w:val="0"/>
          <w:numId w:val="12"/>
        </w:numPr>
        <w:spacing w:after="0" w:line="240" w:lineRule="auto"/>
        <w:rPr>
          <w:rFonts w:ascii="Verdana" w:hAnsi="Verdana"/>
          <w:sz w:val="20"/>
          <w:szCs w:val="20"/>
        </w:rPr>
      </w:pPr>
      <w:r w:rsidRPr="00A62E58">
        <w:rPr>
          <w:rFonts w:ascii="Verdana" w:hAnsi="Verdana"/>
          <w:sz w:val="20"/>
          <w:szCs w:val="20"/>
        </w:rPr>
        <w:t>Pillow(s)</w:t>
      </w:r>
    </w:p>
    <w:p w14:paraId="4F7139F3" w14:textId="4B38B815" w:rsidR="007B7642" w:rsidRPr="00A62E58" w:rsidRDefault="00000000" w:rsidP="00A62E58">
      <w:pPr>
        <w:pStyle w:val="ListParagraph"/>
        <w:numPr>
          <w:ilvl w:val="0"/>
          <w:numId w:val="12"/>
        </w:numPr>
        <w:spacing w:after="0" w:line="240" w:lineRule="auto"/>
        <w:rPr>
          <w:rFonts w:ascii="Verdana" w:hAnsi="Verdana"/>
          <w:sz w:val="20"/>
          <w:szCs w:val="20"/>
        </w:rPr>
      </w:pPr>
      <w:r w:rsidRPr="00A62E58">
        <w:rPr>
          <w:rFonts w:ascii="Verdana" w:hAnsi="Verdana"/>
          <w:sz w:val="20"/>
          <w:szCs w:val="20"/>
        </w:rPr>
        <w:t>Twin-size fitted or flat sheet (if using sheet set instead of sleeping bag).</w:t>
      </w:r>
      <w:r w:rsidR="00A62E58">
        <w:rPr>
          <w:rFonts w:ascii="Verdana" w:hAnsi="Verdana"/>
          <w:sz w:val="20"/>
          <w:szCs w:val="20"/>
        </w:rPr>
        <w:br/>
      </w:r>
      <w:r w:rsidR="00A62E58">
        <w:rPr>
          <w:rFonts w:ascii="Verdana" w:hAnsi="Verdana"/>
          <w:sz w:val="20"/>
          <w:szCs w:val="20"/>
        </w:rPr>
        <w:br/>
      </w:r>
    </w:p>
    <w:p w14:paraId="45C8F8D1" w14:textId="77777777" w:rsidR="007B7642" w:rsidRPr="00A62E58" w:rsidRDefault="00000000" w:rsidP="00A62E58">
      <w:pPr>
        <w:spacing w:before="140" w:after="40"/>
        <w:rPr>
          <w:rFonts w:ascii="Verdana" w:hAnsi="Verdana"/>
          <w:sz w:val="20"/>
          <w:szCs w:val="20"/>
        </w:rPr>
      </w:pPr>
      <w:r w:rsidRPr="00A62E58">
        <w:rPr>
          <w:rFonts w:ascii="Verdana" w:hAnsi="Verdana"/>
          <w:b/>
          <w:sz w:val="20"/>
          <w:szCs w:val="20"/>
        </w:rPr>
        <w:lastRenderedPageBreak/>
        <w:t>CAMP GEAR</w:t>
      </w:r>
    </w:p>
    <w:p w14:paraId="49FE4616" w14:textId="6D079EC6" w:rsidR="007B7642" w:rsidRPr="00A62E58" w:rsidRDefault="00000000" w:rsidP="00A62E58">
      <w:pPr>
        <w:pStyle w:val="ListParagraph"/>
        <w:numPr>
          <w:ilvl w:val="0"/>
          <w:numId w:val="13"/>
        </w:numPr>
        <w:spacing w:after="0" w:line="240" w:lineRule="auto"/>
        <w:rPr>
          <w:rFonts w:ascii="Verdana" w:hAnsi="Verdana"/>
          <w:sz w:val="20"/>
          <w:szCs w:val="20"/>
        </w:rPr>
      </w:pPr>
      <w:r w:rsidRPr="00A62E58">
        <w:rPr>
          <w:rFonts w:ascii="Verdana" w:hAnsi="Verdana"/>
          <w:sz w:val="20"/>
          <w:szCs w:val="20"/>
        </w:rPr>
        <w:t>Reusable water bottle for each family member</w:t>
      </w:r>
    </w:p>
    <w:p w14:paraId="3AD3A3DE" w14:textId="6C598D0F" w:rsidR="007B7642" w:rsidRPr="00A62E58" w:rsidRDefault="00000000" w:rsidP="00A62E58">
      <w:pPr>
        <w:pStyle w:val="ListParagraph"/>
        <w:numPr>
          <w:ilvl w:val="0"/>
          <w:numId w:val="13"/>
        </w:numPr>
        <w:spacing w:after="0" w:line="240" w:lineRule="auto"/>
        <w:rPr>
          <w:rFonts w:ascii="Verdana" w:hAnsi="Verdana"/>
          <w:sz w:val="20"/>
          <w:szCs w:val="20"/>
        </w:rPr>
      </w:pPr>
      <w:r w:rsidRPr="00A62E58">
        <w:rPr>
          <w:rFonts w:ascii="Verdana" w:hAnsi="Verdana"/>
          <w:sz w:val="20"/>
          <w:szCs w:val="20"/>
        </w:rPr>
        <w:t>Backpack/daypack</w:t>
      </w:r>
    </w:p>
    <w:p w14:paraId="64424860" w14:textId="123F355A" w:rsidR="007B7642" w:rsidRPr="00A62E58" w:rsidRDefault="00000000" w:rsidP="00A62E58">
      <w:pPr>
        <w:pStyle w:val="ListParagraph"/>
        <w:numPr>
          <w:ilvl w:val="0"/>
          <w:numId w:val="13"/>
        </w:numPr>
        <w:spacing w:after="0" w:line="240" w:lineRule="auto"/>
        <w:rPr>
          <w:rFonts w:ascii="Verdana" w:hAnsi="Verdana"/>
          <w:sz w:val="20"/>
          <w:szCs w:val="20"/>
        </w:rPr>
      </w:pPr>
      <w:r w:rsidRPr="00A62E58">
        <w:rPr>
          <w:rFonts w:ascii="Verdana" w:hAnsi="Verdana"/>
          <w:sz w:val="20"/>
          <w:szCs w:val="20"/>
        </w:rPr>
        <w:t>Flashlight or headlamp</w:t>
      </w:r>
    </w:p>
    <w:p w14:paraId="5DDF64B6" w14:textId="5F4798DA" w:rsidR="007B7642" w:rsidRPr="00A62E58" w:rsidRDefault="00000000" w:rsidP="00A62E58">
      <w:pPr>
        <w:pStyle w:val="ListParagraph"/>
        <w:numPr>
          <w:ilvl w:val="0"/>
          <w:numId w:val="13"/>
        </w:numPr>
        <w:spacing w:after="0" w:line="240" w:lineRule="auto"/>
        <w:rPr>
          <w:rFonts w:ascii="Verdana" w:hAnsi="Verdana"/>
          <w:sz w:val="20"/>
          <w:szCs w:val="20"/>
        </w:rPr>
      </w:pPr>
      <w:r w:rsidRPr="00A62E58">
        <w:rPr>
          <w:rFonts w:ascii="Verdana" w:hAnsi="Verdana"/>
          <w:sz w:val="20"/>
          <w:szCs w:val="20"/>
        </w:rPr>
        <w:t>Extra batteries</w:t>
      </w:r>
    </w:p>
    <w:p w14:paraId="5E279227" w14:textId="53727E03" w:rsidR="007B7642" w:rsidRPr="00A62E58" w:rsidRDefault="00000000" w:rsidP="00A62E58">
      <w:pPr>
        <w:pStyle w:val="ListParagraph"/>
        <w:numPr>
          <w:ilvl w:val="0"/>
          <w:numId w:val="13"/>
        </w:numPr>
        <w:spacing w:after="0" w:line="240" w:lineRule="auto"/>
        <w:rPr>
          <w:rFonts w:ascii="Verdana" w:hAnsi="Verdana"/>
          <w:sz w:val="20"/>
          <w:szCs w:val="20"/>
        </w:rPr>
      </w:pPr>
      <w:r w:rsidRPr="00A62E58">
        <w:rPr>
          <w:rFonts w:ascii="Verdana" w:hAnsi="Verdana"/>
          <w:sz w:val="20"/>
          <w:szCs w:val="20"/>
        </w:rPr>
        <w:t>Sunglasses</w:t>
      </w:r>
    </w:p>
    <w:p w14:paraId="2F1EBB8F" w14:textId="77549954" w:rsidR="007B7642" w:rsidRPr="00A62E58" w:rsidRDefault="00000000" w:rsidP="00A62E58">
      <w:pPr>
        <w:pStyle w:val="ListParagraph"/>
        <w:numPr>
          <w:ilvl w:val="0"/>
          <w:numId w:val="13"/>
        </w:numPr>
        <w:spacing w:after="0" w:line="240" w:lineRule="auto"/>
        <w:rPr>
          <w:rFonts w:ascii="Verdana" w:hAnsi="Verdana"/>
          <w:sz w:val="20"/>
          <w:szCs w:val="20"/>
        </w:rPr>
      </w:pPr>
      <w:r w:rsidRPr="00A62E58">
        <w:rPr>
          <w:rFonts w:ascii="Verdana" w:hAnsi="Verdana"/>
          <w:sz w:val="20"/>
          <w:szCs w:val="20"/>
        </w:rPr>
        <w:t>Small bag for carrying waterfront gear</w:t>
      </w:r>
    </w:p>
    <w:p w14:paraId="490E2B2D" w14:textId="09618E53" w:rsidR="007B7642" w:rsidRPr="00A62E58" w:rsidRDefault="00000000" w:rsidP="00A62E58">
      <w:pPr>
        <w:pStyle w:val="ListParagraph"/>
        <w:numPr>
          <w:ilvl w:val="0"/>
          <w:numId w:val="13"/>
        </w:numPr>
        <w:spacing w:after="0" w:line="240" w:lineRule="auto"/>
        <w:rPr>
          <w:rFonts w:ascii="Verdana" w:hAnsi="Verdana"/>
          <w:sz w:val="20"/>
          <w:szCs w:val="20"/>
        </w:rPr>
      </w:pPr>
      <w:r w:rsidRPr="00A62E58">
        <w:rPr>
          <w:rFonts w:ascii="Verdana" w:hAnsi="Verdana"/>
          <w:sz w:val="20"/>
          <w:szCs w:val="20"/>
        </w:rPr>
        <w:t>Reusable wet bag/plastic bag for wet swimsuits and towels</w:t>
      </w:r>
    </w:p>
    <w:p w14:paraId="3F9B291A" w14:textId="07092315" w:rsidR="007B7642" w:rsidRPr="00A62E58" w:rsidRDefault="00000000" w:rsidP="00A62E58">
      <w:pPr>
        <w:pStyle w:val="ListParagraph"/>
        <w:numPr>
          <w:ilvl w:val="0"/>
          <w:numId w:val="13"/>
        </w:numPr>
        <w:spacing w:after="0" w:line="240" w:lineRule="auto"/>
        <w:rPr>
          <w:rFonts w:ascii="Verdana" w:hAnsi="Verdana"/>
          <w:sz w:val="20"/>
          <w:szCs w:val="20"/>
        </w:rPr>
      </w:pPr>
      <w:r w:rsidRPr="00A62E58">
        <w:rPr>
          <w:rFonts w:ascii="Verdana" w:hAnsi="Verdana"/>
          <w:sz w:val="20"/>
          <w:szCs w:val="20"/>
        </w:rPr>
        <w:t>Camp chairs, if desired</w:t>
      </w:r>
    </w:p>
    <w:p w14:paraId="3E84966C" w14:textId="2C28EC30" w:rsidR="007B7642" w:rsidRPr="00A62E58" w:rsidRDefault="00000000" w:rsidP="00A62E58">
      <w:pPr>
        <w:pStyle w:val="ListParagraph"/>
        <w:numPr>
          <w:ilvl w:val="0"/>
          <w:numId w:val="13"/>
        </w:numPr>
        <w:spacing w:after="0" w:line="240" w:lineRule="auto"/>
        <w:rPr>
          <w:rFonts w:ascii="Verdana" w:hAnsi="Verdana"/>
          <w:sz w:val="20"/>
          <w:szCs w:val="20"/>
        </w:rPr>
      </w:pPr>
      <w:r w:rsidRPr="00A62E58">
        <w:rPr>
          <w:rFonts w:ascii="Verdana" w:hAnsi="Verdana"/>
          <w:sz w:val="20"/>
          <w:szCs w:val="20"/>
        </w:rPr>
        <w:t>Books, cards or simple family games for downtime</w:t>
      </w:r>
    </w:p>
    <w:p w14:paraId="7F8B8E1D" w14:textId="3A347456" w:rsidR="007B7642" w:rsidRPr="00A62E58" w:rsidRDefault="00000000" w:rsidP="00A62E58">
      <w:pPr>
        <w:pStyle w:val="ListParagraph"/>
        <w:numPr>
          <w:ilvl w:val="0"/>
          <w:numId w:val="13"/>
        </w:numPr>
        <w:spacing w:after="0" w:line="240" w:lineRule="auto"/>
        <w:rPr>
          <w:rFonts w:ascii="Verdana" w:hAnsi="Verdana"/>
          <w:sz w:val="20"/>
          <w:szCs w:val="20"/>
        </w:rPr>
      </w:pPr>
      <w:r w:rsidRPr="00A62E58">
        <w:rPr>
          <w:rFonts w:ascii="Verdana" w:hAnsi="Verdana"/>
          <w:sz w:val="20"/>
          <w:szCs w:val="20"/>
        </w:rPr>
        <w:t>Camera, if desired</w:t>
      </w:r>
      <w:r w:rsidR="00A62E58">
        <w:rPr>
          <w:rFonts w:ascii="Verdana" w:hAnsi="Verdana"/>
          <w:sz w:val="20"/>
          <w:szCs w:val="20"/>
        </w:rPr>
        <w:br/>
      </w:r>
    </w:p>
    <w:p w14:paraId="27D7E96B" w14:textId="77777777" w:rsidR="007B7642" w:rsidRPr="00A62E58" w:rsidRDefault="00000000" w:rsidP="00A62E58">
      <w:pPr>
        <w:spacing w:before="140" w:after="40"/>
        <w:rPr>
          <w:rFonts w:ascii="Verdana" w:hAnsi="Verdana"/>
          <w:sz w:val="20"/>
          <w:szCs w:val="20"/>
        </w:rPr>
      </w:pPr>
      <w:r w:rsidRPr="00A62E58">
        <w:rPr>
          <w:rFonts w:ascii="Verdana" w:hAnsi="Verdana"/>
          <w:b/>
          <w:sz w:val="20"/>
          <w:szCs w:val="20"/>
        </w:rPr>
        <w:t>OPTIONAL FAMILY COMFORT ITEMS</w:t>
      </w:r>
    </w:p>
    <w:p w14:paraId="21228384" w14:textId="7632E6FC" w:rsidR="007B7642" w:rsidRPr="00A62E58" w:rsidRDefault="00000000" w:rsidP="00A62E58">
      <w:pPr>
        <w:spacing w:after="40"/>
        <w:rPr>
          <w:rFonts w:ascii="Verdana" w:hAnsi="Verdana"/>
          <w:i/>
          <w:iCs/>
          <w:sz w:val="20"/>
          <w:szCs w:val="20"/>
        </w:rPr>
      </w:pPr>
      <w:r w:rsidRPr="00A62E58">
        <w:rPr>
          <w:rFonts w:ascii="Verdana" w:hAnsi="Verdana"/>
          <w:i/>
          <w:iCs/>
          <w:sz w:val="20"/>
          <w:szCs w:val="20"/>
        </w:rPr>
        <w:t xml:space="preserve">Family Camp is your family's getaway, so feel free to bring a few things that </w:t>
      </w:r>
      <w:proofErr w:type="gramStart"/>
      <w:r w:rsidRPr="00A62E58">
        <w:rPr>
          <w:rFonts w:ascii="Verdana" w:hAnsi="Verdana"/>
          <w:i/>
          <w:iCs/>
          <w:sz w:val="20"/>
          <w:szCs w:val="20"/>
        </w:rPr>
        <w:t>make</w:t>
      </w:r>
      <w:proofErr w:type="gramEnd"/>
      <w:r w:rsidRPr="00A62E58">
        <w:rPr>
          <w:rFonts w:ascii="Verdana" w:hAnsi="Verdana"/>
          <w:i/>
          <w:iCs/>
          <w:sz w:val="20"/>
          <w:szCs w:val="20"/>
        </w:rPr>
        <w:t xml:space="preserve"> your stay more comfortable!</w:t>
      </w:r>
    </w:p>
    <w:p w14:paraId="441C2A08" w14:textId="7C778F08" w:rsidR="007B7642" w:rsidRPr="00A62E58" w:rsidRDefault="00000000" w:rsidP="00A62E58">
      <w:pPr>
        <w:pStyle w:val="ListParagraph"/>
        <w:numPr>
          <w:ilvl w:val="0"/>
          <w:numId w:val="14"/>
        </w:numPr>
        <w:spacing w:after="0" w:line="240" w:lineRule="auto"/>
        <w:rPr>
          <w:rFonts w:ascii="Verdana" w:hAnsi="Verdana"/>
          <w:sz w:val="20"/>
          <w:szCs w:val="20"/>
        </w:rPr>
      </w:pPr>
      <w:r w:rsidRPr="00A62E58">
        <w:rPr>
          <w:rFonts w:ascii="Verdana" w:hAnsi="Verdana"/>
          <w:sz w:val="20"/>
          <w:szCs w:val="20"/>
        </w:rPr>
        <w:t>Extra pillows and blankets</w:t>
      </w:r>
    </w:p>
    <w:p w14:paraId="07854EE6" w14:textId="3C0C9D06" w:rsidR="007B7642" w:rsidRPr="00A62E58" w:rsidRDefault="00000000" w:rsidP="00A62E58">
      <w:pPr>
        <w:pStyle w:val="ListParagraph"/>
        <w:numPr>
          <w:ilvl w:val="0"/>
          <w:numId w:val="14"/>
        </w:numPr>
        <w:spacing w:after="0" w:line="240" w:lineRule="auto"/>
        <w:rPr>
          <w:rFonts w:ascii="Verdana" w:hAnsi="Verdana"/>
          <w:sz w:val="20"/>
          <w:szCs w:val="20"/>
        </w:rPr>
      </w:pPr>
      <w:r w:rsidRPr="00A62E58">
        <w:rPr>
          <w:rFonts w:ascii="Verdana" w:hAnsi="Verdana"/>
          <w:sz w:val="20"/>
          <w:szCs w:val="20"/>
        </w:rPr>
        <w:t>Earplugs</w:t>
      </w:r>
    </w:p>
    <w:p w14:paraId="203086CD" w14:textId="10994ACC" w:rsidR="007B7642" w:rsidRPr="00A62E58" w:rsidRDefault="00000000" w:rsidP="00A62E58">
      <w:pPr>
        <w:pStyle w:val="ListParagraph"/>
        <w:numPr>
          <w:ilvl w:val="0"/>
          <w:numId w:val="14"/>
        </w:numPr>
        <w:spacing w:after="0" w:line="240" w:lineRule="auto"/>
        <w:rPr>
          <w:rFonts w:ascii="Verdana" w:hAnsi="Verdana"/>
          <w:sz w:val="20"/>
          <w:szCs w:val="20"/>
        </w:rPr>
      </w:pPr>
      <w:r w:rsidRPr="00A62E58">
        <w:rPr>
          <w:rFonts w:ascii="Verdana" w:hAnsi="Verdana"/>
          <w:sz w:val="20"/>
          <w:szCs w:val="20"/>
        </w:rPr>
        <w:t>Portable crib/Pack 'n Play for little ones, if needed</w:t>
      </w:r>
    </w:p>
    <w:p w14:paraId="00B037A0" w14:textId="4F3EE0DD" w:rsidR="007B7642" w:rsidRPr="00A62E58" w:rsidRDefault="00000000" w:rsidP="00A62E58">
      <w:pPr>
        <w:pStyle w:val="ListParagraph"/>
        <w:numPr>
          <w:ilvl w:val="0"/>
          <w:numId w:val="14"/>
        </w:numPr>
        <w:spacing w:after="0" w:line="240" w:lineRule="auto"/>
        <w:rPr>
          <w:rFonts w:ascii="Verdana" w:hAnsi="Verdana"/>
          <w:sz w:val="20"/>
          <w:szCs w:val="20"/>
        </w:rPr>
      </w:pPr>
      <w:r w:rsidRPr="00A62E58">
        <w:rPr>
          <w:rFonts w:ascii="Verdana" w:hAnsi="Verdana"/>
          <w:sz w:val="20"/>
          <w:szCs w:val="20"/>
        </w:rPr>
        <w:t>Small battery/rechargeable fan</w:t>
      </w:r>
    </w:p>
    <w:p w14:paraId="03529DBD" w14:textId="1194B253" w:rsidR="007B7642" w:rsidRPr="00A62E58" w:rsidRDefault="00000000" w:rsidP="00A62E58">
      <w:pPr>
        <w:pStyle w:val="ListParagraph"/>
        <w:numPr>
          <w:ilvl w:val="0"/>
          <w:numId w:val="14"/>
        </w:numPr>
        <w:spacing w:after="0" w:line="240" w:lineRule="auto"/>
        <w:rPr>
          <w:rFonts w:ascii="Verdana" w:hAnsi="Verdana"/>
          <w:sz w:val="20"/>
          <w:szCs w:val="20"/>
        </w:rPr>
      </w:pPr>
      <w:r w:rsidRPr="00A62E58">
        <w:rPr>
          <w:rFonts w:ascii="Verdana" w:hAnsi="Verdana"/>
          <w:sz w:val="20"/>
          <w:szCs w:val="20"/>
        </w:rPr>
        <w:t>Travel mug for coffee or tea</w:t>
      </w:r>
    </w:p>
    <w:p w14:paraId="137A2060" w14:textId="095FDA0B" w:rsidR="007B7642" w:rsidRPr="00A62E58" w:rsidRDefault="00000000" w:rsidP="00A62E58">
      <w:pPr>
        <w:pStyle w:val="ListParagraph"/>
        <w:numPr>
          <w:ilvl w:val="0"/>
          <w:numId w:val="14"/>
        </w:numPr>
        <w:spacing w:after="0" w:line="240" w:lineRule="auto"/>
        <w:rPr>
          <w:rFonts w:ascii="Verdana" w:hAnsi="Verdana"/>
          <w:sz w:val="20"/>
          <w:szCs w:val="20"/>
        </w:rPr>
      </w:pPr>
      <w:r w:rsidRPr="00A62E58">
        <w:rPr>
          <w:rFonts w:ascii="Verdana" w:hAnsi="Verdana"/>
          <w:sz w:val="20"/>
          <w:szCs w:val="20"/>
        </w:rPr>
        <w:t>Laundry bag for dirty clothes</w:t>
      </w:r>
      <w:r w:rsidR="00A62E58">
        <w:rPr>
          <w:rFonts w:ascii="Verdana" w:hAnsi="Verdana"/>
          <w:sz w:val="20"/>
          <w:szCs w:val="20"/>
        </w:rPr>
        <w:br/>
      </w:r>
    </w:p>
    <w:p w14:paraId="4F38B124" w14:textId="77777777" w:rsidR="007B7642" w:rsidRPr="00A62E58" w:rsidRDefault="00000000" w:rsidP="00A62E58">
      <w:pPr>
        <w:spacing w:before="140" w:after="40"/>
        <w:rPr>
          <w:rFonts w:ascii="Verdana" w:hAnsi="Verdana"/>
          <w:sz w:val="20"/>
          <w:szCs w:val="20"/>
        </w:rPr>
      </w:pPr>
      <w:r w:rsidRPr="00A62E58">
        <w:rPr>
          <w:rFonts w:ascii="Verdana" w:hAnsi="Verdana"/>
          <w:b/>
          <w:sz w:val="20"/>
          <w:szCs w:val="20"/>
        </w:rPr>
        <w:t>PLEASE LEAVE AT HOME</w:t>
      </w:r>
    </w:p>
    <w:p w14:paraId="4CF08E5A" w14:textId="58DB6FC3" w:rsidR="007B7642" w:rsidRPr="00A62E58" w:rsidRDefault="00000000" w:rsidP="00A62E58">
      <w:pPr>
        <w:pStyle w:val="ListParagraph"/>
        <w:numPr>
          <w:ilvl w:val="0"/>
          <w:numId w:val="17"/>
        </w:numPr>
        <w:spacing w:after="0" w:line="240" w:lineRule="auto"/>
        <w:rPr>
          <w:rFonts w:ascii="Verdana" w:hAnsi="Verdana"/>
          <w:sz w:val="20"/>
          <w:szCs w:val="20"/>
        </w:rPr>
      </w:pPr>
      <w:r w:rsidRPr="00A62E58">
        <w:rPr>
          <w:rFonts w:ascii="Verdana" w:hAnsi="Verdana"/>
          <w:sz w:val="20"/>
          <w:szCs w:val="20"/>
        </w:rPr>
        <w:t>Weapons or knives</w:t>
      </w:r>
    </w:p>
    <w:p w14:paraId="4391F3CD" w14:textId="525AC7B6" w:rsidR="007B7642" w:rsidRPr="00A62E58" w:rsidRDefault="00000000" w:rsidP="00A62E58">
      <w:pPr>
        <w:pStyle w:val="ListParagraph"/>
        <w:numPr>
          <w:ilvl w:val="0"/>
          <w:numId w:val="17"/>
        </w:numPr>
        <w:spacing w:after="0" w:line="240" w:lineRule="auto"/>
        <w:rPr>
          <w:rFonts w:ascii="Verdana" w:hAnsi="Verdana"/>
          <w:sz w:val="20"/>
          <w:szCs w:val="20"/>
        </w:rPr>
      </w:pPr>
      <w:r w:rsidRPr="00A62E58">
        <w:rPr>
          <w:rFonts w:ascii="Verdana" w:hAnsi="Verdana"/>
          <w:sz w:val="20"/>
          <w:szCs w:val="20"/>
        </w:rPr>
        <w:t>Fireworks</w:t>
      </w:r>
    </w:p>
    <w:p w14:paraId="5142E8E5" w14:textId="183EE042" w:rsidR="007B7642" w:rsidRDefault="00000000" w:rsidP="00A62E58">
      <w:pPr>
        <w:pStyle w:val="ListParagraph"/>
        <w:numPr>
          <w:ilvl w:val="0"/>
          <w:numId w:val="17"/>
        </w:numPr>
        <w:spacing w:after="0" w:line="240" w:lineRule="auto"/>
        <w:rPr>
          <w:rFonts w:ascii="Verdana" w:hAnsi="Verdana"/>
          <w:sz w:val="20"/>
          <w:szCs w:val="20"/>
        </w:rPr>
      </w:pPr>
      <w:r w:rsidRPr="00A62E58">
        <w:rPr>
          <w:rFonts w:ascii="Verdana" w:hAnsi="Verdana"/>
          <w:sz w:val="20"/>
          <w:szCs w:val="20"/>
        </w:rPr>
        <w:t>Illegal drugs</w:t>
      </w:r>
    </w:p>
    <w:p w14:paraId="5FAB3F8A" w14:textId="5D3A8701" w:rsidR="00A62E58" w:rsidRPr="00A62E58" w:rsidRDefault="00A62E58" w:rsidP="00A62E58">
      <w:pPr>
        <w:pStyle w:val="ListParagraph"/>
        <w:numPr>
          <w:ilvl w:val="0"/>
          <w:numId w:val="17"/>
        </w:numPr>
        <w:spacing w:after="0" w:line="240" w:lineRule="auto"/>
        <w:rPr>
          <w:rFonts w:ascii="Verdana" w:hAnsi="Verdana"/>
          <w:sz w:val="20"/>
          <w:szCs w:val="20"/>
        </w:rPr>
      </w:pPr>
      <w:r>
        <w:rPr>
          <w:rFonts w:ascii="Verdana" w:hAnsi="Verdana"/>
          <w:sz w:val="20"/>
          <w:szCs w:val="20"/>
        </w:rPr>
        <w:t>Smoking products</w:t>
      </w:r>
    </w:p>
    <w:p w14:paraId="0EED88D6" w14:textId="3D3C8075" w:rsidR="007B7642" w:rsidRPr="00A62E58" w:rsidRDefault="00000000" w:rsidP="00A62E58">
      <w:pPr>
        <w:pStyle w:val="ListParagraph"/>
        <w:numPr>
          <w:ilvl w:val="0"/>
          <w:numId w:val="17"/>
        </w:numPr>
        <w:spacing w:after="0" w:line="240" w:lineRule="auto"/>
        <w:rPr>
          <w:rFonts w:ascii="Verdana" w:hAnsi="Verdana"/>
          <w:sz w:val="20"/>
          <w:szCs w:val="20"/>
        </w:rPr>
      </w:pPr>
      <w:r w:rsidRPr="00A62E58">
        <w:rPr>
          <w:rFonts w:ascii="Verdana" w:hAnsi="Verdana"/>
          <w:sz w:val="20"/>
          <w:szCs w:val="20"/>
        </w:rPr>
        <w:t>Expensive or irreplaceable valuables</w:t>
      </w:r>
      <w:r w:rsidR="00A62E58">
        <w:rPr>
          <w:rFonts w:ascii="Verdana" w:hAnsi="Verdana"/>
          <w:sz w:val="20"/>
          <w:szCs w:val="20"/>
        </w:rPr>
        <w:br/>
      </w:r>
    </w:p>
    <w:p w14:paraId="49A745F2" w14:textId="77777777" w:rsidR="007B7642" w:rsidRPr="00A62E58" w:rsidRDefault="00000000" w:rsidP="00A62E58">
      <w:pPr>
        <w:spacing w:before="140" w:after="40"/>
        <w:rPr>
          <w:rFonts w:ascii="Verdana" w:hAnsi="Verdana"/>
          <w:sz w:val="20"/>
          <w:szCs w:val="20"/>
        </w:rPr>
      </w:pPr>
      <w:r w:rsidRPr="00A62E58">
        <w:rPr>
          <w:rFonts w:ascii="Verdana" w:hAnsi="Verdana"/>
          <w:b/>
          <w:sz w:val="20"/>
          <w:szCs w:val="20"/>
        </w:rPr>
        <w:t>A NOTE ABOUT MOUNTAIN WEATHER</w:t>
      </w:r>
    </w:p>
    <w:p w14:paraId="1205E5C4" w14:textId="473ECF4A" w:rsidR="007B7642" w:rsidRPr="00A62E58" w:rsidRDefault="00000000" w:rsidP="00A62E58">
      <w:pPr>
        <w:spacing w:after="60"/>
        <w:rPr>
          <w:rFonts w:ascii="Verdana" w:hAnsi="Verdana"/>
          <w:sz w:val="20"/>
          <w:szCs w:val="20"/>
        </w:rPr>
      </w:pPr>
      <w:r w:rsidRPr="00A62E58">
        <w:rPr>
          <w:rFonts w:ascii="Verdana" w:hAnsi="Verdana"/>
          <w:sz w:val="20"/>
          <w:szCs w:val="20"/>
        </w:rPr>
        <w:t xml:space="preserve">Camp Tumbleson Lake sits high in the Colorado mountains, where sunny afternoons can turn into cool evenings quickly. Pack for warm days, rain and cold nights. Layers are your best </w:t>
      </w:r>
      <w:proofErr w:type="gramStart"/>
      <w:r w:rsidRPr="00A62E58">
        <w:rPr>
          <w:rFonts w:ascii="Verdana" w:hAnsi="Verdana"/>
          <w:sz w:val="20"/>
          <w:szCs w:val="20"/>
        </w:rPr>
        <w:t>friend</w:t>
      </w:r>
      <w:proofErr w:type="gramEnd"/>
      <w:r w:rsidRPr="00A62E58">
        <w:rPr>
          <w:rFonts w:ascii="Verdana" w:hAnsi="Verdana"/>
          <w:sz w:val="20"/>
          <w:szCs w:val="20"/>
        </w:rPr>
        <w:t>!</w:t>
      </w:r>
      <w:r w:rsidR="00A62E58" w:rsidRPr="00A62E58">
        <w:rPr>
          <w:rFonts w:ascii="Verdana" w:hAnsi="Verdana"/>
          <w:sz w:val="20"/>
          <w:szCs w:val="20"/>
        </w:rPr>
        <w:t xml:space="preserve"> </w:t>
      </w:r>
      <w:r w:rsidRPr="00A62E58">
        <w:rPr>
          <w:rFonts w:ascii="Verdana" w:hAnsi="Verdana"/>
          <w:sz w:val="20"/>
          <w:szCs w:val="20"/>
        </w:rPr>
        <w:t>When in doubt: bring the extra blanket.</w:t>
      </w:r>
      <w:r w:rsidR="00A62E58">
        <w:rPr>
          <w:rFonts w:ascii="Verdana" w:hAnsi="Verdana"/>
          <w:sz w:val="20"/>
          <w:szCs w:val="20"/>
        </w:rPr>
        <w:t xml:space="preserve"> The tents will have gas buddy heaters available.</w:t>
      </w:r>
    </w:p>
    <w:p w14:paraId="2408AA5E" w14:textId="77777777" w:rsidR="00A62E58" w:rsidRDefault="00A62E58" w:rsidP="00A62E58">
      <w:pPr>
        <w:spacing w:after="60"/>
        <w:rPr>
          <w:rFonts w:ascii="Verdana" w:hAnsi="Verdana"/>
          <w:b/>
          <w:sz w:val="20"/>
          <w:szCs w:val="20"/>
        </w:rPr>
      </w:pPr>
    </w:p>
    <w:p w14:paraId="74DFC0F7" w14:textId="0914DFEB" w:rsidR="00A62E58" w:rsidRPr="00A62E58" w:rsidRDefault="00A62E58" w:rsidP="00A62E58">
      <w:pPr>
        <w:spacing w:after="60"/>
        <w:jc w:val="center"/>
        <w:rPr>
          <w:rFonts w:ascii="Verdana" w:hAnsi="Verdana"/>
          <w:b/>
          <w:bCs/>
          <w:i/>
          <w:iCs/>
          <w:sz w:val="16"/>
          <w:szCs w:val="16"/>
        </w:rPr>
      </w:pPr>
      <w:r w:rsidRPr="00A62E58">
        <w:rPr>
          <w:rFonts w:ascii="Verdana" w:hAnsi="Verdana"/>
          <w:b/>
          <w:bCs/>
          <w:i/>
          <w:iCs/>
          <w:sz w:val="16"/>
          <w:szCs w:val="16"/>
        </w:rPr>
        <w:t xml:space="preserve">Please practice </w:t>
      </w:r>
      <w:r w:rsidRPr="00A62E58">
        <w:rPr>
          <w:rFonts w:ascii="Verdana" w:hAnsi="Verdana"/>
          <w:b/>
          <w:bCs/>
          <w:i/>
          <w:iCs/>
          <w:sz w:val="16"/>
          <w:szCs w:val="16"/>
        </w:rPr>
        <w:t xml:space="preserve">the core value of </w:t>
      </w:r>
      <w:r w:rsidRPr="00A62E58">
        <w:rPr>
          <w:rFonts w:ascii="Verdana" w:hAnsi="Verdana"/>
          <w:b/>
          <w:bCs/>
          <w:i/>
          <w:iCs/>
          <w:sz w:val="16"/>
          <w:szCs w:val="16"/>
        </w:rPr>
        <w:t>Responsibility by keeping track of your belongings during Family Camp</w:t>
      </w:r>
      <w:r w:rsidRPr="00A62E58">
        <w:rPr>
          <w:rFonts w:ascii="Verdana" w:hAnsi="Verdana"/>
          <w:b/>
          <w:bCs/>
          <w:i/>
          <w:iCs/>
          <w:sz w:val="16"/>
          <w:szCs w:val="16"/>
        </w:rPr>
        <w:t>.</w:t>
      </w:r>
      <w:r w:rsidRPr="00A62E58">
        <w:rPr>
          <w:rFonts w:ascii="Verdana" w:hAnsi="Verdana"/>
          <w:b/>
          <w:bCs/>
          <w:i/>
          <w:iCs/>
          <w:sz w:val="16"/>
          <w:szCs w:val="16"/>
        </w:rPr>
        <w:t xml:space="preserve"> YMCA Camp Tumbleson Lake is not responsible for lost, stolen</w:t>
      </w:r>
      <w:r w:rsidRPr="00A62E58">
        <w:rPr>
          <w:rFonts w:ascii="Verdana" w:hAnsi="Verdana"/>
          <w:b/>
          <w:bCs/>
          <w:i/>
          <w:iCs/>
          <w:sz w:val="16"/>
          <w:szCs w:val="16"/>
        </w:rPr>
        <w:t>,</w:t>
      </w:r>
      <w:r w:rsidRPr="00A62E58">
        <w:rPr>
          <w:rFonts w:ascii="Verdana" w:hAnsi="Verdana"/>
          <w:b/>
          <w:bCs/>
          <w:i/>
          <w:iCs/>
          <w:sz w:val="16"/>
          <w:szCs w:val="16"/>
        </w:rPr>
        <w:t xml:space="preserve"> or damaged personal items.</w:t>
      </w:r>
    </w:p>
    <w:sectPr w:rsidR="00A62E58" w:rsidRPr="00A62E58" w:rsidSect="00034616">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1425305"/>
    <w:multiLevelType w:val="hybridMultilevel"/>
    <w:tmpl w:val="1222F202"/>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41C1C24"/>
    <w:multiLevelType w:val="hybridMultilevel"/>
    <w:tmpl w:val="7AEAF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322F21"/>
    <w:multiLevelType w:val="hybridMultilevel"/>
    <w:tmpl w:val="97C27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FC692E"/>
    <w:multiLevelType w:val="hybridMultilevel"/>
    <w:tmpl w:val="B7688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461F27"/>
    <w:multiLevelType w:val="hybridMultilevel"/>
    <w:tmpl w:val="DD62858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BC7577C"/>
    <w:multiLevelType w:val="hybridMultilevel"/>
    <w:tmpl w:val="E480B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7A6A1A"/>
    <w:multiLevelType w:val="hybridMultilevel"/>
    <w:tmpl w:val="531E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CF593D"/>
    <w:multiLevelType w:val="hybridMultilevel"/>
    <w:tmpl w:val="63180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1673156">
    <w:abstractNumId w:val="8"/>
  </w:num>
  <w:num w:numId="2" w16cid:durableId="877476263">
    <w:abstractNumId w:val="6"/>
  </w:num>
  <w:num w:numId="3" w16cid:durableId="340200616">
    <w:abstractNumId w:val="5"/>
  </w:num>
  <w:num w:numId="4" w16cid:durableId="1206404786">
    <w:abstractNumId w:val="4"/>
  </w:num>
  <w:num w:numId="5" w16cid:durableId="965085375">
    <w:abstractNumId w:val="7"/>
  </w:num>
  <w:num w:numId="6" w16cid:durableId="131289288">
    <w:abstractNumId w:val="3"/>
  </w:num>
  <w:num w:numId="7" w16cid:durableId="453603489">
    <w:abstractNumId w:val="2"/>
  </w:num>
  <w:num w:numId="8" w16cid:durableId="160976762">
    <w:abstractNumId w:val="1"/>
  </w:num>
  <w:num w:numId="9" w16cid:durableId="1930776494">
    <w:abstractNumId w:val="0"/>
  </w:num>
  <w:num w:numId="10" w16cid:durableId="1491411447">
    <w:abstractNumId w:val="12"/>
  </w:num>
  <w:num w:numId="11" w16cid:durableId="1371952490">
    <w:abstractNumId w:val="10"/>
  </w:num>
  <w:num w:numId="12" w16cid:durableId="744690974">
    <w:abstractNumId w:val="16"/>
  </w:num>
  <w:num w:numId="13" w16cid:durableId="982857636">
    <w:abstractNumId w:val="14"/>
  </w:num>
  <w:num w:numId="14" w16cid:durableId="2118521848">
    <w:abstractNumId w:val="11"/>
  </w:num>
  <w:num w:numId="15" w16cid:durableId="1077091708">
    <w:abstractNumId w:val="15"/>
  </w:num>
  <w:num w:numId="16" w16cid:durableId="1050421216">
    <w:abstractNumId w:val="9"/>
  </w:num>
  <w:num w:numId="17" w16cid:durableId="13388496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B7642"/>
    <w:rsid w:val="00A62E58"/>
    <w:rsid w:val="00AA1D8D"/>
    <w:rsid w:val="00AE05B9"/>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BBA5AF"/>
  <w14:defaultImageDpi w14:val="300"/>
  <w15:docId w15:val="{A6A83736-C213-408F-87CB-2CE60A34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403</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Drew Kelley</cp:lastModifiedBy>
  <cp:revision>2</cp:revision>
  <dcterms:created xsi:type="dcterms:W3CDTF">2026-08-18T22:03:00Z</dcterms:created>
  <dcterms:modified xsi:type="dcterms:W3CDTF">2026-08-18T22:03:00Z</dcterms:modified>
  <cp:category/>
</cp:coreProperties>
</file>